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לפני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בזיהוי ידיעות שקריות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דרכים לבדוק מהימנות מידע לפני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לקבל החלטות מתוך מידע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לבדוק גם באתר חדשות מוכר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ידיעה שקרית או מטעה שמוצגת כאמיתית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שימוש במילים מוגזמות שמעוררות רגש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לדעת אם מדובר במידע ישן שהוצג כחדש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לבדוק אם התמונה עברה עריכה או הופיעה במקור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כל אדם שרוצה להיות צרכן מידע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לבדוק מקור ומהימנות לפני שמאמינים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אתרים מוכרים בודקים מידע לפני פרסום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כמות לייקים לא מעידה על מהימנות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אפשר לאמת את נכונות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עריכת תמונות יכולה ליצור מצג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דיסאינפורמציה היא מידע כוזב שמפיצים במכוון כדי להטעות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דיסאינפורמציה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(ידיעה שקרית שמוצגת כאילו היא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(גוף שבודק ומפרסם מידע באחריות)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(תהליך של אימות פרטים לפני שמאמינים)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(כותרת שמציגה את הידיעה בצורה לא מדויקת כדי למשוך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(שינוי תמונה כדי שתיראה כאילו מתעדת משהו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הידיעה בעיון ולשים לב לכותרת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מי פרסם את הידיעה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לחפש את אותו מידע במקור נוסף ומהימן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תמונות או סרטונים נראים אמיתיים ולא ערוכים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להחליט אם לשתף את הידיעה או לדווח עליה כשגויה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ברוח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 סבירה לידיעה בעייתית, עם שתי דרכי בדיקה כמו השוואה למקור נוסף ובדיקת תאריך או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ידיעה שקרית המוצגת כאמיתית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בדיקת מקור נוסף, תאריך פרסום או אם התמונה 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לקבל החלטות מתוך מידע נכון ואמין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חלקי הדף כסבב שאלות לפני המשחק בלוח הטריוויה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כמו במשחק עצמו כדי לתרגל 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בדוגמה מהחלק הפתוח כדי להכין שאלות נוספות ללוח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לפני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מה זה פייק ניוז ואיך בודקים אם ידיעה נכונה, כדי להתכונן למשחק.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פייק ניוז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שקרית או מטעה שמוצגת כאילו היא אמיתית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מהימן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או אתר שבודק מידע לפני שהוא מפרסם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בדיקת עובדות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אימות פרטים בידיעה לפני שמאמינים 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מטעה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שמציגה את הידיעה בצורה לא מדויקת כדי למשוך תשומת 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דיסאינפורמציה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כוזב שמפיצים במכוון כדי להטעות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עריכת תמונה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תמונה כך שתיראה כאילו היא מתעדת משהו שלא 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רשת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 או אפליקציה שבהם אנשים משתפים תכנים ומידע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צרכן מידע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שבודק מידע לפני שהוא מאמין לו או משתף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בודקים אם ידיעה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גם באתר חדשות מוכר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מיד לכל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להאמין כי יש לה הרבה לייקים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תמיד מכל 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פייק ניוז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ידיעה שקרית או מטעה שמוצגת כאמיתית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ידיעה שלא אהבנו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ידיעה מעיתון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מסמן כותרת לא אמינה?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במילים מוגזמות שמעוררות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ציון תאריך הפרסום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קישור למקור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הכתב בתחתית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תאריך הפרסום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אם מדובר במידע ישן שהוצג כחדש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כמה אנשים קראו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מה מזג האוויר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כשרואים תמונה מוזרה?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התמונה עברה עריכה או הופיעה במקור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אותה מיד כי היא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להוריד אותה למחשב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מכל התמונות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צריך לבדוק 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אדם שרוצה להיות צרכן מידע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עיתונאים מקצועיים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אנשי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זה מיותר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ידיעה שמופיעה ברשת חברתית היא בהכרח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 חדשות מוכר ומוסדר נחשב לרוב מקור אמין יותר מפוסט אנונימי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לדעת שידיעה אמיתית רק לפי מספר הלייקים שהיא קיבלה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לבדוק יותר ממקור מידע אחד לפני שמאמינים לידיעה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יכולה לעבור עריכה ולהיראות כאילו מתעדת משהו שלא 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דיסאינפורמציה היא מידע נכון שמפרסמים כדי לעזור לציבור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ידיעה שגויה או מטעה שמוצגת כאילו היא אמיתית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שמשתפים ידיעה כדאי לבדוק אם היא מגיעה מ__________ מהימן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כותרת שמנסה לעורר רגש חזק כדי לגרום ללחוץ עליה נקראת כותרת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הפעולה של בדיקת נכונות פרטי ידיעה לפני שמאמינים לה נקראת __________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מידע כוזב שמופץ במכוון כדי להטעות את הציבור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פייק ניוז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תהליך של אימות פרטים לפני שמאמינים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מהימן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 תמונה כדי שתיראה כאילו מתעדת משהו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בדיקת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כותרת שמציגה את הידיעה בצורה לא מדויקת כדי למשוך 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כותרת מטעה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שבודק ומפרסם מידע באחריות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עריכת 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ידיעה שקרית שמוצגת כאילו היא אמיתית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מי פרסם את הידיעה ומתי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תמונות או סרטונים נראים אמיתיים ולא ערוכים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הידיעה בעיון ולשים לב לכותרת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לשתף את הידיעה או לדווח עליה כשגויה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את אותו מידע במקור נוסף ומהימן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ברוח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קצרה לידיעה שעלולה להיראות כמו פייק ניוז, וציינו שתי דרכים שבהן הייתם בודקים אם היא 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פייק ניוז?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דרכים לבדוק אם ידיעה מהימנה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מידע לפני הבחירות?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זיהוי פייק ניוז לפני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