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לפני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בזיהוי ידיעות שקריות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דרכים לבדוק מהימנות מידע לפני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לקבל החלטות מתוך מידע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לבדוק גם באתר חדשות מוכר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ידיעה שקרית או מטעה שמוצגת כאמיתית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לדעת אם מדובר במידע ישן שהוצג כחדש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לבדוק מקור ומהימנות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אתרים מוכרים בודקים מידע לפני פרסום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לאמת את נכונות המידע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(ידיעה שקרית שמוצגת כאילו היא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(גוף שבודק ומפרסם מידע באחריות)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(שינוי תמונה כדי שתיראה כאילו מתעדת משהו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הידיעה בעיון ולשים לב לכותרת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פרסם את הידיעה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את אותו מידע במקור נוסף ומהימן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ברוח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 סבירה לידיעה בעייתית, עם שתי דרכי בדיקה כמו השוואה למקור נוסף ובדיקת תאריך או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ידיעה שקרית המוצגת כאמיתית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בדיקת מקור נוסף, תאריך פרסום או אם התמונה 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לקבל החלטות מתוך מידע נכון ואמין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חלקי הדף כסבב שאלות לפני המשחק בלוח הטריוויה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כמו במשחק עצמו כדי לתרגל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בדוגמה מהחלק הפתוח כדי להכין שאלות נוספות ללוח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לפני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לקראת משחק הטריוויה בלוח נתרגל מושגים ודרכים לזיהוי פייק ניוז, במיוחד בתקופה שלפני הבחירות שבה מתפרסם הרבה מידע ברשת.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פייק ניוז  ·  מקור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הדרך הטובה ביותר לבדוק אם ידיעה ברשת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גם באתר חדשות מוכר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לשתף מיד לכל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להאמין כי יש לה הרבה לייקים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ידיעה שקרית או מטעה שמוצגת כאמיתית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ידיעה שלא אהבנו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ידיעה מעיתון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חשוב לבדוק את תאריך פרסום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לדעת אם מדובר במידע ישן שהוצג כחדש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לדעת כמה אנשים קראו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לדעת מה מזג האוויר באותו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ידיעה שמופיעה ברשת חברתית היא בהכרח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אתר חדשות מוכר ומוסדר נחשב לרוב מקור אמין יותר מפוסט אנונימי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חשוב לבדוק יותר ממקור מידע אחד לפני שמאמינים לידיעה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ידיעה שגויה או מטעה שמוצגת כאילו היא 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שמשתפים ידיעה כדאי לבדוק אם היא מגיעה מ__________ מהימן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שינוי תמונה כדי שתיראה כאילו מתעדת משהו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מהימן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ידיעה שקרית שמוצגת כאילו היא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עריכת 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גוף שבודק ומפרסם מידע באחריות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לחפש את אותו מידע במקור נוסף ומהימן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הידיעה בעיון ולשים לב לכותרת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מי פרסם את הידיעה ומתי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ברוח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קצרה לידיעה שעלולה להיראות כמו פייק ניוז, וציינו שתי דרכים שבהן הייתם בודקים אם היא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פייק ניוז?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דרכים לבדוק אם ידיעה מהימנה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זיהוי פייק ניוז לפני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